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B6FA4"/>
          <w:sz w:val="17"/>
        </w:rPr>
        <w:t>PARA LAS FAMILIAS · GRADES 9-12</w:t>
      </w:r>
    </w:p>
    <w:p>
      <w:pPr>
        <w:pStyle w:val="Heading1"/>
      </w:pPr>
      <w:r>
        <w:t>¿Real o falso? Un plan familiar para verificar voces, videos y ofertas</w:t>
      </w:r>
    </w:p>
    <w:p>
      <w:r>
        <w:rPr>
          <w:sz w:val="23"/>
        </w:rPr>
        <w:t>Hoy su estudiante aprendió que la inteligencia artificial puede copiar voces, crear videos e imágenes muy realistas y escribir mensajes de estafa muy convincentes, incluidas ofertas falsas de trabajo y de becas dirigidas a adolescentes. La mejor defensa es una rutina: hacer una pausa, revisar lo que dicen fuentes confiables y verificar por un número de teléfono, una aplicación o una página web que ya conocemos. Les invitamos a dedicar 10 minutos a preparar el plan de su familia.</w:t>
      </w:r>
    </w:p>
    <w:p>
      <w:pPr>
        <w:pStyle w:val="Heading2"/>
      </w:pPr>
      <w:r>
        <w:t>Inténtelo en casa</w:t>
      </w:r>
    </w:p>
    <w:p>
      <w:pPr>
        <w:pStyle w:val="ListNumber"/>
      </w:pPr>
      <w:r>
        <w:rPr/>
        <w:t>Elijan una palabra o frase secreta que solo conozca su familia y acuerden pedirla en cualquier llamada urgente sobre dinero o una emergencia. No la publiquen ni la envíen por mensaje.</w:t>
      </w:r>
    </w:p>
    <w:p>
      <w:pPr>
        <w:pStyle w:val="ListNumber"/>
      </w:pPr>
      <w:r>
        <w:rPr/>
        <w:t>Acuerden sus caminos conocidos: los números guardados de cada familiar, la página web y la aplicación de la escuela o del distrito, y las aplicaciones oficiales de sus cuentas bancarias.</w:t>
      </w:r>
    </w:p>
    <w:p>
      <w:pPr>
        <w:pStyle w:val="ListNumber"/>
      </w:pPr>
      <w:r>
        <w:rPr/>
        <w:t>Revisen juntos una oferta de trabajo o de beca, o una de la hoja de trabajo de hoy, y busquen estas señales de alerta: un pago por adelantado, una garantía, pedidos de datos bancarios antes de una entrevista o un cheque del que hay que devolver dinero.</w:t>
      </w:r>
    </w:p>
    <w:p>
      <w:pPr>
        <w:pStyle w:val="ListNumber"/>
      </w:pPr>
      <w:r>
        <w:rPr/>
        <w:t>Hablen sobre las imágenes: en su familia nadie hará ni compartirá imágenes falsas o vergonzosas de personas reales, y quien reciba amenazas con una imagen puede acudir a ustedes sin que nadie le eche la culpa.</w:t>
      </w:r>
    </w:p>
    <w:p>
      <w:pPr>
        <w:pStyle w:val="Heading2"/>
      </w:pPr>
      <w:r>
        <w:t>Para empezar la conversación</w:t>
      </w:r>
    </w:p>
    <w:p>
      <w:pPr>
        <w:pStyle w:val="ListBullet"/>
      </w:pPr>
      <w:r>
        <w:rPr/>
        <w:t>¿Has visto algo en internet últimamente que resultó ser falso? ¿Cómo te diste cuenta?</w:t>
      </w:r>
    </w:p>
    <w:p>
      <w:pPr>
        <w:pStyle w:val="ListBullet"/>
      </w:pPr>
      <w:r>
        <w:rPr/>
        <w:t>Si recibieras una llamada con una voz igual a la mía pidiéndote dinero, ¿qué harías?</w:t>
      </w:r>
    </w:p>
    <w:p>
      <w:pPr>
        <w:pStyle w:val="ListBullet"/>
      </w:pPr>
      <w:r>
        <w:rPr/>
        <w:t>¿Qué te gustaría que hiciera nuestra familia si alguien creara un video o una imagen falsa de ti?</w:t>
      </w:r>
    </w:p>
    <w:p>
      <w:pPr>
        <w:pStyle w:val="ListBullet"/>
      </w:pPr>
      <w:r>
        <w:rPr/>
        <w:t>¿Qué ofertas de trabajo o de becas has visto que parecían demasiado buenas para ser verdad?</w:t>
      </w:r>
    </w:p>
    <w:p>
      <w:pPr>
        <w:pStyle w:val="Heading2"/>
      </w:pPr>
      <w:r>
        <w:t>Consejo para el hogar</w:t>
      </w:r>
    </w:p>
    <w:p>
      <w:r>
        <w:rPr/>
        <w:t>Dígale claramente a su adolescente: 'Si alguien te amenaza con una foto, real o falsa, ven conmigo. No vas a estar en problemas.' Hay ayuda gratuita para eliminar imágenes tomadas antes de los 18 años en takeitdown.ncmec.org.</w:t>
      </w:r>
    </w:p>
    <w:p>
      <w:pPr>
        <w:pStyle w:val="Heading2"/>
      </w:pPr>
      <w:r>
        <w:t>Vean juntos la lección gratuita de 2 minutos</w:t>
      </w:r>
    </w:p>
    <w:p>
      <w:r>
        <w:t>https://k12cyberforward.com/learn/ai-tools-check?lang=es</w:t>
      </w:r>
    </w:p>
    <w:p>
      <w:r>
        <w:rPr>
          <w:color w:val="475266"/>
          <w:sz w:val="19"/>
        </w:rPr>
        <w:t>¿Preguntas? Comuníquese con el maestro de su hijo o con [District name].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266"/>
        <w:sz w:val="16"/>
      </w:rPr>
      <w:t>K12 Cyber Forward — a GLET program · k12cyberforward.com · ¿Real o falso? Un plan familiar para verificar voces, videos y ofertas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97640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12cf-lockup-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640" cy="25603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75266"/>
        <w:sz w:val="17"/>
      </w:rPr>
      <w:t xml:space="preserve">     Para las familias  ·  Shared by [District name]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2216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2216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2216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¿Real o falso? Un plan familiar para verificar voces, videos y ofertas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