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FOR FAMILIES · GRADES 6-8</w:t>
      </w:r>
    </w:p>
    <w:p>
      <w:pPr>
        <w:pStyle w:val="Heading1"/>
      </w:pPr>
      <w:r>
        <w:t>Spot the scam: a family talk about game and text scams</w:t>
      </w:r>
    </w:p>
    <w:p>
      <w:r>
        <w:rPr>
          <w:sz w:val="23"/>
        </w:rPr>
        <w:t>Today your student learned how scammers target young gamers and phone users with free currency offers, fake giveaways, 'verify your account' threats and requests for the code that is texted when someone logs in. The most important rule: never share a password or a one-time code with anyone, even a friend. Please take 10 minutes to talk about it together.</w:t>
      </w:r>
    </w:p>
    <w:p>
      <w:pPr>
        <w:pStyle w:val="Heading2"/>
      </w:pPr>
      <w:r>
        <w:t>Try this at home</w:t>
      </w:r>
    </w:p>
    <w:p>
      <w:pPr>
        <w:pStyle w:val="ListNumber"/>
      </w:pPr>
      <w:r>
        <w:rPr/>
        <w:t>Ask your student to show you one scam message from today's worksheet and point out the red flags. Then look together at any suspicious messages on your own phone.</w:t>
      </w:r>
    </w:p>
    <w:p>
      <w:pPr>
        <w:pStyle w:val="ListNumber"/>
      </w:pPr>
      <w:r>
        <w:rPr/>
        <w:t>Set up the report and block tools together in one game or app your student uses, so they know where to find them.</w:t>
      </w:r>
    </w:p>
    <w:p>
      <w:pPr>
        <w:pStyle w:val="ListNumber"/>
      </w:pPr>
      <w:r>
        <w:rPr/>
        <w:t>Agree on a family 'check another way' rule: if a message about money, a prize or an account problem arrives, we open the app ourselves or call a number we already know.</w:t>
      </w:r>
    </w:p>
    <w:p>
      <w:pPr>
        <w:pStyle w:val="ListNumber"/>
      </w:pPr>
      <w:r>
        <w:rPr/>
        <w:t>If your family stores a card in a game or app, consider removing it and using a gift card with a set amount instead, and require a password for purchases.</w:t>
      </w:r>
    </w:p>
    <w:p>
      <w:pPr>
        <w:pStyle w:val="Heading2"/>
      </w:pPr>
      <w:r>
        <w:t>Conversation starters</w:t>
      </w:r>
    </w:p>
    <w:p>
      <w:pPr>
        <w:pStyle w:val="ListBullet"/>
      </w:pPr>
      <w:r>
        <w:rPr/>
        <w:t>Have you ever seen a 'free currency' or giveaway message in a game? What did it ask you to do?</w:t>
      </w:r>
    </w:p>
    <w:p>
      <w:pPr>
        <w:pStyle w:val="ListBullet"/>
      </w:pPr>
      <w:r>
        <w:rPr/>
        <w:t>What would you do if a friend's account asked you for your code?</w:t>
      </w:r>
    </w:p>
    <w:p>
      <w:pPr>
        <w:pStyle w:val="ListBullet"/>
      </w:pPr>
      <w:r>
        <w:rPr/>
        <w:t>If you clicked something by mistake, would you feel okay telling me? What would make that easier?</w:t>
      </w:r>
    </w:p>
    <w:p>
      <w:pPr>
        <w:pStyle w:val="ListBullet"/>
      </w:pPr>
      <w:r>
        <w:rPr/>
        <w:t>Which of these scams do you think catches the most kids your age, and why?</w:t>
      </w:r>
    </w:p>
    <w:p>
      <w:pPr>
        <w:pStyle w:val="Heading2"/>
      </w:pPr>
      <w:r>
        <w:t>Household tip</w:t>
      </w:r>
    </w:p>
    <w:p>
      <w:r>
        <w:rPr/>
        <w:t>Tell your student, in these words: 'You will never be in trouble for telling me you clicked something.' Fast reporting makes accounts much easier to recover.</w:t>
      </w:r>
    </w:p>
    <w:p>
      <w:pPr>
        <w:pStyle w:val="Heading2"/>
      </w:pPr>
      <w:r>
        <w:t>Watch the free 2-minute lesson together</w:t>
      </w:r>
    </w:p>
    <w:p>
      <w:r>
        <w:t>https://k12cyberforward.com/learn/game-chat-scams</w:t>
      </w:r>
    </w:p>
    <w:p>
      <w:r>
        <w:rPr>
          <w:color w:val="475266"/>
          <w:sz w:val="19"/>
        </w:rPr>
        <w:t>Questions? Contact your child's teacher or [District name].</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Spot the scam: a family talk about game and text scams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For families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Spot the scam: a family talk about game and text scams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