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0B6FA4"/>
          <w:sz w:val="17"/>
        </w:rPr>
        <w:t>FOR FAMILIES · GRADES 6-8</w:t>
      </w:r>
    </w:p>
    <w:p>
      <w:pPr>
        <w:pStyle w:val="Heading1"/>
      </w:pPr>
      <w:r>
        <w:t>Private by design: a family privacy check-up</w:t>
      </w:r>
    </w:p>
    <w:p>
      <w:r>
        <w:rPr>
          <w:sz w:val="23"/>
        </w:rPr>
        <w:t>Today your student practiced finding privacy leaks in a made-up student's profile, such as a house number in a photo, a weekly schedule in a post and location sharing turned on for everyone. They also learned to ask before posting or forwarding photos of other people. Please spend 10 minutes doing the check-up together.</w:t>
      </w:r>
    </w:p>
    <w:p>
      <w:pPr>
        <w:pStyle w:val="Heading2"/>
      </w:pPr>
      <w:r>
        <w:t>Try this at home</w:t>
      </w:r>
    </w:p>
    <w:p>
      <w:pPr>
        <w:pStyle w:val="ListNumber"/>
      </w:pPr>
      <w:r>
        <w:rPr/>
        <w:t>Sit together and open the settings of one app your student uses. Check three things: who can see posts, who can send messages and whether location sharing is on. Decide together what to change.</w:t>
      </w:r>
    </w:p>
    <w:p>
      <w:pPr>
        <w:pStyle w:val="ListNumber"/>
      </w:pPr>
      <w:r>
        <w:rPr/>
        <w:t>Look at the last five photos your student posted or sent. Play 'detective' together: could a stranger find your street, school or schedule from the background?</w:t>
      </w:r>
    </w:p>
    <w:p>
      <w:pPr>
        <w:pStyle w:val="ListNumber"/>
      </w:pPr>
      <w:r>
        <w:rPr/>
        <w:t>Agree on a family rule for photos of other people, including family members: ask before posting, and take it down if someone asks.</w:t>
      </w:r>
    </w:p>
    <w:p>
      <w:pPr>
        <w:pStyle w:val="ListNumber"/>
      </w:pPr>
      <w:r>
        <w:rPr/>
        <w:t>Use the 'My privacy check-up' worksheet your student brought home and sign it together.</w:t>
      </w:r>
    </w:p>
    <w:p>
      <w:pPr>
        <w:pStyle w:val="Heading2"/>
      </w:pPr>
      <w:r>
        <w:t>Conversation starters</w:t>
      </w:r>
    </w:p>
    <w:p>
      <w:pPr>
        <w:pStyle w:val="ListBullet"/>
      </w:pPr>
      <w:r>
        <w:rPr/>
        <w:t>Which privacy setting do you think matters most for kids your age, and why?</w:t>
      </w:r>
    </w:p>
    <w:p>
      <w:pPr>
        <w:pStyle w:val="ListBullet"/>
      </w:pPr>
      <w:r>
        <w:rPr/>
        <w:t>Has anyone ever posted a photo of you that you did not like? What would you want them to do?</w:t>
      </w:r>
    </w:p>
    <w:p>
      <w:pPr>
        <w:pStyle w:val="ListBullet"/>
      </w:pPr>
      <w:r>
        <w:rPr/>
        <w:t>Who can see your location right now? Are you comfortable with that list?</w:t>
      </w:r>
    </w:p>
    <w:p>
      <w:pPr>
        <w:pStyle w:val="ListBullet"/>
      </w:pPr>
      <w:r>
        <w:rPr/>
        <w:t>If a screenshot of your chat got passed around, who would you tell first?</w:t>
      </w:r>
    </w:p>
    <w:p>
      <w:pPr>
        <w:pStyle w:val="Heading2"/>
      </w:pPr>
      <w:r>
        <w:t>Household tip</w:t>
      </w:r>
    </w:p>
    <w:p>
      <w:r>
        <w:rPr/>
        <w:t>Turn off location tagging in the phone's camera settings, and set location sharing to off or to a short list of people you choose. Recheck after every phone or app update.</w:t>
      </w:r>
    </w:p>
    <w:p>
      <w:pPr>
        <w:pStyle w:val="Heading2"/>
      </w:pPr>
      <w:r>
        <w:t>Watch the free 2-minute lesson together</w:t>
      </w:r>
    </w:p>
    <w:p>
      <w:r>
        <w:t>https://k12cyberforward.com/learn/student-identity-location</w:t>
      </w:r>
    </w:p>
    <w:p>
      <w:r>
        <w:rPr>
          <w:color w:val="475266"/>
          <w:sz w:val="19"/>
        </w:rPr>
        <w:t>Questions? Contact your child's teacher or [District name].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266"/>
        <w:sz w:val="16"/>
      </w:rPr>
      <w:t>K12 Cyber Forward — a GLET program · k12cyberforward.com · Private by design: a family privacy check-up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97640" cy="25603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12cf-lockup-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7640" cy="256032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475266"/>
        <w:sz w:val="17"/>
      </w:rPr>
      <w:t xml:space="preserve">     For families  ·  Shared by [District name]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2216D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2216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2216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by design: a family privacy check-up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