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CLASSROOM LESSON · GRADES 3-5 · 40 MINUTES</w:t>
      </w:r>
    </w:p>
    <w:p>
      <w:pPr>
        <w:pStyle w:val="Heading1"/>
      </w:pPr>
      <w:r>
        <w:t>Passphrase power</w:t>
      </w:r>
    </w:p>
    <w:p>
      <w:r>
        <w:rPr>
          <w:color w:val="475266"/>
          <w:sz w:val="24"/>
        </w:rPr>
        <w:t>Build a password that is easy to remember and hard to guess</w:t>
      </w:r>
    </w:p>
    <w:p>
      <w:r>
        <w:rPr/>
        <w:t>Students play a password guessing race to see why every extra word makes a password much harder to guess, learn the silly-sentence and random-word methods for building a passphrase, practice building one (practice only, never a real password), and agree never to reuse passwords or share them except with a trusted adult.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2216D"/>
          </w:tcPr>
          <w:p>
            <w:r>
              <w:rPr>
                <w:color w:val="FFFFFF"/>
                <w:sz w:val="24"/>
              </w:rPr>
              <w:t>Big idea: A long, silly, secret string of words protects your account better than a short word with tricky symbols. Use a different one for every account and share it only with a trusted adult.</w:t>
            </w:r>
          </w:p>
        </w:tc>
      </w:tr>
    </w:tbl>
    <w:p>
      <w:pPr>
        <w:pStyle w:val="Heading2"/>
      </w:pPr>
      <w:r>
        <w:t>Students will be able to</w:t>
      </w:r>
    </w:p>
    <w:p>
      <w:pPr>
        <w:pStyle w:val="ListBullet"/>
      </w:pPr>
      <w:r>
        <w:rPr/>
        <w:t>Explain in their own words why a longer password is harder to guess than a short one with symbols</w:t>
      </w:r>
    </w:p>
    <w:p>
      <w:pPr>
        <w:pStyle w:val="ListBullet"/>
      </w:pPr>
      <w:r>
        <w:rPr/>
        <w:t>Build a practice passphrase of four or more words using the silly-sentence or random-word method</w:t>
      </w:r>
    </w:p>
    <w:p>
      <w:pPr>
        <w:pStyle w:val="ListBullet"/>
      </w:pPr>
      <w:r>
        <w:rPr/>
        <w:t>Explain why reusing one password on many accounts is risky</w:t>
      </w:r>
    </w:p>
    <w:p>
      <w:pPr>
        <w:pStyle w:val="ListBullet"/>
      </w:pPr>
      <w:r>
        <w:rPr/>
        <w:t>Name the trusted adults who may help with a school password (a parent or guardian, the teacher or the school technology helper)</w:t>
      </w:r>
    </w:p>
    <w:p>
      <w:pPr>
        <w:pStyle w:val="Heading2"/>
      </w:pPr>
      <w:r>
        <w:t>Materials and preparation</w:t>
      </w:r>
    </w:p>
    <w:p>
      <w:pPr>
        <w:pStyle w:val="ListBullet"/>
      </w:pPr>
      <w:r>
        <w:rPr/>
        <w:t>Board or projector for the slides</w:t>
      </w:r>
    </w:p>
    <w:p>
      <w:pPr>
        <w:pStyle w:val="ListBullet"/>
      </w:pPr>
      <w:r>
        <w:rPr/>
        <w:t>Worksheet: Passphrase builder (1 per student)</w:t>
      </w:r>
    </w:p>
    <w:p>
      <w:pPr>
        <w:pStyle w:val="ListBullet"/>
      </w:pPr>
      <w:r>
        <w:rPr/>
        <w:t>Worksheet: Passphrase crossword (1 per student, for early finishers or a next-day review)</w:t>
      </w:r>
    </w:p>
    <w:p>
      <w:pPr>
        <w:pStyle w:val="ListBullet"/>
      </w:pPr>
      <w:r>
        <w:rPr/>
        <w:t>Scenario cards (1 set per group of 4)</w:t>
      </w:r>
    </w:p>
    <w:p>
      <w:pPr>
        <w:pStyle w:val="ListBullet"/>
      </w:pPr>
      <w:r>
        <w:rPr/>
        <w:t>One die per pair (optional; students can also close their eyes and point to the word bank)</w:t>
      </w:r>
    </w:p>
    <w:p>
      <w:pPr>
        <w:pStyle w:val="ListBullet"/>
      </w:pPr>
      <w:r>
        <w:rPr/>
        <w:t>Sticky notes for the exit ticket</w:t>
      </w:r>
    </w:p>
    <w:p>
      <w:pPr>
        <w:pStyle w:val="ListBullet"/>
      </w:pPr>
      <w:r>
        <w:rPr/>
        <w:t>Timer</w:t>
      </w:r>
    </w:p>
    <w:p>
      <w:pPr>
        <w:pStyle w:val="ListBullet"/>
      </w:pPr>
      <w:r>
        <w:rPr/>
        <w:t>Print the builder and crossword worksheets and one set of scenario cards per group of four. Cut the cards apart.</w:t>
      </w:r>
    </w:p>
    <w:p>
      <w:pPr>
        <w:pStyle w:val="ListBullet"/>
      </w:pPr>
      <w:r>
        <w:rPr/>
        <w:t>Write two word lists on the board for the guessing race. List A (animals): 1 cat, 2 dog, 3 frog, 4 bear, 5 duck, 6 fish. List B (colors): 1 red, 2 blue, 3 green, 4 pink, 5 gold, 6 gray.</w:t>
      </w:r>
    </w:p>
    <w:p>
      <w:pPr>
        <w:pStyle w:val="ListBullet"/>
      </w:pPr>
      <w:r>
        <w:rPr/>
        <w:t>Write your secret race answers on a folded sticky note: Round 1 is one animal (for example frog); Round 2 is one color plus one animal (for example gold duck). Do not use anything that is a real password.</w:t>
      </w:r>
    </w:p>
    <w:p>
      <w:pPr>
        <w:pStyle w:val="ListBullet"/>
      </w:pPr>
      <w:r>
        <w:rPr/>
        <w:t>Write on the board: Long. Silly. Secret. Different for every account.</w:t>
      </w:r>
    </w:p>
    <w:p>
      <w:pPr>
        <w:pStyle w:val="ListBullet"/>
      </w:pPr>
      <w:r>
        <w:rPr/>
        <w:t>Write the name of your school's technology helper or help desk process on the board.</w:t>
      </w:r>
    </w:p>
    <w:p>
      <w:pPr>
        <w:pStyle w:val="Heading2"/>
      </w:pPr>
      <w:r>
        <w:t>Vocabulary</w:t>
      </w:r>
    </w:p>
    <w:p>
      <w:pPr>
        <w:pStyle w:val="ListBullet"/>
      </w:pPr>
      <w:r>
        <w:rPr>
          <w:b/>
        </w:rPr>
        <w:t>Password</w:t>
      </w:r>
      <w:r>
        <w:rPr/>
        <w:t xml:space="preserve"> — A secret you type to prove an account is yours.</w:t>
      </w:r>
    </w:p>
    <w:p>
      <w:pPr>
        <w:pStyle w:val="ListBullet"/>
      </w:pPr>
      <w:r>
        <w:rPr>
          <w:b/>
        </w:rPr>
        <w:t>Passphrase</w:t>
      </w:r>
      <w:r>
        <w:rPr/>
        <w:t xml:space="preserve"> — A password made of several words in a row, like PurpleCatTacosMoon. It is long, so it is hard to guess, and silly, so it is easy to remember.</w:t>
      </w:r>
    </w:p>
    <w:p>
      <w:pPr>
        <w:pStyle w:val="ListBullet"/>
      </w:pPr>
      <w:r>
        <w:rPr>
          <w:b/>
        </w:rPr>
        <w:t>Authentication</w:t>
      </w:r>
      <w:r>
        <w:rPr/>
        <w:t xml:space="preserve"> — Proving you are really you when you log in, for example by typing your passphrase.</w:t>
      </w:r>
    </w:p>
    <w:p>
      <w:pPr>
        <w:pStyle w:val="ListBullet"/>
      </w:pPr>
      <w:r>
        <w:rPr>
          <w:b/>
        </w:rPr>
        <w:t>Reuse</w:t>
      </w:r>
      <w:r>
        <w:rPr/>
        <w:t xml:space="preserve"> — Using the same password on more than one account. If one account is broken into, all the others are in danger too.</w:t>
      </w:r>
    </w:p>
    <w:p>
      <w:pPr>
        <w:pStyle w:val="ListBullet"/>
      </w:pPr>
      <w:r>
        <w:rPr>
          <w:b/>
        </w:rPr>
        <w:t>Random</w:t>
      </w:r>
      <w:r>
        <w:rPr/>
        <w:t xml:space="preserve"> — Picked by chance, like rolling a die, so nobody can predict it.</w:t>
      </w:r>
    </w:p>
    <w:p>
      <w:pPr>
        <w:pStyle w:val="ListBullet"/>
      </w:pPr>
      <w:r>
        <w:rPr>
          <w:b/>
        </w:rPr>
        <w:t>Trusted adult</w:t>
      </w:r>
      <w:r>
        <w:rPr/>
        <w:t xml:space="preserve"> — A grown-up who keeps you safe and may help with your password: a parent or guardian at home, or your teacher or school technology helper.</w:t>
      </w:r>
    </w:p>
    <w:p>
      <w:pPr>
        <w:pStyle w:val="Heading2"/>
      </w:pPr>
      <w:r>
        <w:t>Standards alignment</w:t>
      </w:r>
    </w:p>
    <w:p>
      <w:pPr>
        <w:pStyle w:val="ListBullet"/>
      </w:pPr>
      <w:r>
        <w:rPr>
          <w:b/>
        </w:rPr>
        <w:t>ISTE Standards for Students 1.2.d</w:t>
      </w:r>
      <w:r>
        <w:rPr/>
        <w:t xml:space="preserve"> — Digital Citizen, Digital Privacy: students take steps to protect their privacy on devices and look after their personal information and account security when they are online.</w:t>
      </w:r>
    </w:p>
    <w:p>
      <w:pPr>
        <w:pStyle w:val="ListBullet"/>
      </w:pPr>
      <w:r>
        <w:rPr>
          <w:b/>
        </w:rPr>
        <w:t>CSTA PK-12 Computer Science Standards (2026) E4-SYS-SE-13</w:t>
      </w:r>
      <w:r>
        <w:rPr/>
        <w:t xml:space="preserve"> — Grade 4, Systems and Security: students tell the difference between proving who you are (authentication) and what you are allowed to do once you are in (authorization) when protecting devices and private information.</w:t>
      </w:r>
    </w:p>
    <w:p>
      <w:pPr>
        <w:pStyle w:val="ListBullet"/>
      </w:pPr>
      <w:r>
        <w:rPr>
          <w:b/>
        </w:rPr>
        <w:t>CSTA PK-12 Computer Science Standards (2026) E5-SYS-SE-13</w:t>
      </w:r>
      <w:r>
        <w:rPr/>
        <w:t xml:space="preserve"> — Grade 5, Systems and Security: students describe the three goals of keeping information safe (keeping it private, keeping it correct and keeping it available) and why each one matters.</w:t>
      </w:r>
    </w:p>
    <w:p>
      <w:pPr>
        <w:pStyle w:val="ListBullet"/>
      </w:pPr>
      <w:r>
        <w:rPr>
          <w:b/>
        </w:rPr>
        <w:t>CSTA K-12 Computer Science Standards (2017) 1B-NI-05</w:t>
      </w:r>
      <w:r>
        <w:rPr/>
        <w:t xml:space="preserve"> — Grades 3-5, Networks and the Internet: students talk about real cybersecurity problems and the ways people can protect personal information.</w:t>
      </w:r>
    </w:p>
    <w:p>
      <w:r>
        <w:rPr>
          <w:color w:val="475266"/>
          <w:sz w:val="18"/>
        </w:rPr>
        <w:t>This lesson lines up with widely used digital citizenship and computer science frameworks; Georgia districts can map it to their state computer science and digital literacy expectations for grades 3-5.</w:t>
      </w:r>
    </w:p>
    <w:p>
      <w:pPr>
        <w:pStyle w:val="Heading2"/>
      </w:pPr>
      <w:r>
        <w:t>Lesson sequence (40 minutes)</w:t>
      </w:r>
    </w:p>
    <w:p>
      <w:pPr>
        <w:pStyle w:val="Heading3"/>
      </w:pPr>
      <w:r>
        <w:t>Warm-up — 5 min</w:t>
      </w:r>
    </w:p>
    <w:p>
      <w:pPr>
        <w:pStyle w:val="ListNumber"/>
      </w:pPr>
      <w:r>
        <w:rPr/>
        <w:t>Ask students to write on a scrap paper (not to share): Which is harder to guess, cat or PurpleCatTacosMoon? Why?</w:t>
      </w:r>
    </w:p>
    <w:p>
      <w:pPr>
        <w:pStyle w:val="ListNumber"/>
      </w:pPr>
      <w:r>
        <w:rPr/>
        <w:t>Take a few answers. Listen for longer, more letters, weird, not a normal word.</w:t>
      </w:r>
    </w:p>
    <w:p>
      <w:pPr>
        <w:pStyle w:val="ListNumber"/>
      </w:pPr>
      <w:r>
        <w:rPr/>
        <w:t>Remind students: We will never say or write a real password today. Everything we make is practice.</w:t>
      </w:r>
    </w:p>
    <w:p>
      <w:r>
        <w:rPr>
          <w:color w:val="0B6FA4"/>
        </w:rPr>
        <w:t xml:space="preserve">Say: </w:t>
      </w:r>
      <w:r>
        <w:rPr>
          <w:i/>
        </w:rPr>
        <w:t>"Quick question. Which would take longer to guess: the word cat, or the words purple cat tacos moon all squished together? Think about it, then jot your answer. And one rule for today: we will never say or write a real password. Everything we build is practice, just for learning."</w:t>
      </w:r>
    </w:p>
    <w:p>
      <w:pPr>
        <w:pStyle w:val="Heading3"/>
      </w:pPr>
      <w:r>
        <w:t>Mini-lesson — 12 min</w:t>
      </w:r>
    </w:p>
    <w:p>
      <w:pPr>
        <w:pStyle w:val="ListNumber"/>
      </w:pPr>
      <w:r>
        <w:rPr/>
        <w:t>Password guessing race, Round 1 (2 minutes): Say your secret password is one word from List A. Call on students one at a time to guess. Tally guesses on the board. With only 6 choices, the class finds it in 6 guesses or fewer.</w:t>
      </w:r>
    </w:p>
    <w:p>
      <w:pPr>
        <w:pStyle w:val="ListNumber"/>
      </w:pPr>
      <w:r>
        <w:rPr/>
        <w:t>Round 2 (3 minutes): Now the secret is one color from List B plus one animal from List A. Teams take turns guessing for 2 minutes and you tally. Reveal the answer. Show the math: 6 x 6 = 36 possible two-word passwords.</w:t>
      </w:r>
    </w:p>
    <w:p>
      <w:pPr>
        <w:pStyle w:val="ListNumber"/>
      </w:pPr>
      <w:r>
        <w:rPr/>
        <w:t>Show slide 3. Keep multiplying: 3 words from 6-word lists = 216 choices, 4 words = 1,296. Real passphrases pick from thousands of words. With 1,000 words to choose from, 4 random words make 1,000,000,000,000 (one trillion) possible passwords. A 4-digit PIN has only 10,000.</w:t>
      </w:r>
    </w:p>
    <w:p>
      <w:pPr>
        <w:pStyle w:val="ListNumber"/>
      </w:pPr>
      <w:r>
        <w:rPr/>
        <w:t>Show slide 4: length beats tricky symbols. A short word like P@ssw0rd1 is easy for guessing programs, because people tend to make the same swaps (a to @, o to 0, add 1 at the end). Computers can guess much faster than people, so length is what slows them down. CISA, the U.S. cybersecurity agency, suggests at least 16 characters, and a passphrase of 4 to 7 unrelated words is one way to get there.</w:t>
      </w:r>
    </w:p>
    <w:p>
      <w:pPr>
        <w:pStyle w:val="ListNumber"/>
      </w:pPr>
      <w:r>
        <w:rPr/>
        <w:t>Show slide 5: two ways to build one. Silly-sentence method: picture a silly scene and use the whole words (PurpleCatTacosMoon). Random-word method: roll a die or close your eyes and point at a word bank, then string the words together. Avoid your name, birthday, pet, school, team or a famous quote.</w:t>
      </w:r>
    </w:p>
    <w:p>
      <w:pPr>
        <w:pStyle w:val="ListNumber"/>
      </w:pPr>
      <w:r>
        <w:rPr/>
        <w:t>Show slide 6: the two rules that protect you. Never reuse (a different passphrase for every account), and never share except with a trusted adult (a parent or guardian, your teacher or the school technology helper).</w:t>
      </w:r>
    </w:p>
    <w:p>
      <w:r>
        <w:rPr>
          <w:color w:val="0B6FA4"/>
        </w:rPr>
        <w:t xml:space="preserve">Say: </w:t>
      </w:r>
      <w:r>
        <w:rPr>
          <w:i/>
        </w:rPr>
        <w:t>"Round one: my secret password is one animal from List A. Who wants to guess? ... Found it fast, right? Only six choices. Round two: one color and one animal. Teams, you have two minutes. ... That was much harder, and I only added one word. Every word you add multiplies the choices. That's the power of a passphrase. Now here's a surprise: P@ssw0rd1 looks tricky, but guessing programs try those swaps first. Long beats tricky."</w:t>
      </w:r>
    </w:p>
    <w:p>
      <w:pPr>
        <w:pStyle w:val="Heading3"/>
      </w:pPr>
      <w:r>
        <w:t>Activity — 13 min</w:t>
      </w:r>
    </w:p>
    <w:p>
      <w:pPr>
        <w:pStyle w:val="ListNumber"/>
      </w:pPr>
      <w:r>
        <w:rPr/>
        <w:t>Hand out the Passphrase builder. Students choose a method and build a practice passphrase of at least four words. Remind them: this is practice only. Do not use it for a real account.</w:t>
      </w:r>
    </w:p>
    <w:p>
      <w:pPr>
        <w:pStyle w:val="ListNumber"/>
      </w:pPr>
      <w:r>
        <w:rPr/>
        <w:t>Students count the letters (aim for 16 or more), check for personal words and draw a memory picture.</w:t>
      </w:r>
    </w:p>
    <w:p>
      <w:pPr>
        <w:pStyle w:val="ListNumber"/>
      </w:pPr>
      <w:r>
        <w:rPr/>
        <w:t>Groups of four take turns reading a scenario card aloud and agreeing on an answer (5 minutes). Circulate and listen for reuse and sharing answers.</w:t>
      </w:r>
    </w:p>
    <w:p>
      <w:pPr>
        <w:pStyle w:val="ListNumber"/>
      </w:pPr>
      <w:r>
        <w:rPr/>
        <w:t>Early finishers start the Passphrase crossword.</w:t>
      </w:r>
    </w:p>
    <w:p>
      <w:pPr>
        <w:pStyle w:val="Heading3"/>
      </w:pPr>
      <w:r>
        <w:t>Discussion — 5 min</w:t>
      </w:r>
    </w:p>
    <w:p>
      <w:pPr>
        <w:pStyle w:val="ListNumber"/>
      </w:pPr>
      <w:r>
        <w:rPr/>
        <w:t>Ask two or three discussion questions. Call on groups to share their hardest scenario card.</w:t>
      </w:r>
    </w:p>
    <w:p>
      <w:pPr>
        <w:pStyle w:val="ListNumber"/>
      </w:pPr>
      <w:r>
        <w:rPr/>
        <w:t>Clear up any confusion: real passwords stay secret, school passwords are shared only with a trusted adult, and anyone who thinks a password got out should tell an adult so it can be changed.</w:t>
      </w:r>
    </w:p>
    <w:p>
      <w:pPr>
        <w:pStyle w:val="ListNumber"/>
      </w:pPr>
      <w:r>
        <w:rPr/>
        <w:t>Collect or send home the builder sheets. Ask students to cross out their practice passphrase if they plan to take the sheet home.</w:t>
      </w:r>
    </w:p>
    <w:p>
      <w:pPr>
        <w:pStyle w:val="Heading3"/>
      </w:pPr>
      <w:r>
        <w:t>Exit ticket — 5 min</w:t>
      </w:r>
    </w:p>
    <w:p>
      <w:pPr>
        <w:pStyle w:val="ListNumber"/>
      </w:pPr>
      <w:r>
        <w:rPr/>
        <w:t>Students answer the three exit ticket questions on a sticky note.</w:t>
      </w:r>
    </w:p>
    <w:p>
      <w:pPr>
        <w:pStyle w:val="ListNumber"/>
      </w:pPr>
      <w:r>
        <w:rPr/>
        <w:t>Sort the notes into got it and needs a check-in; follow up with students who chose the short tricky password or said it is fine to reuse.</w:t>
      </w:r>
    </w:p>
    <w:p>
      <w:pPr>
        <w:pStyle w:val="Heading2"/>
      </w:pPr>
      <w:r>
        <w:t>Discussion questions</w:t>
      </w:r>
    </w:p>
    <w:p>
      <w:pPr>
        <w:pStyle w:val="ListNumber"/>
      </w:pPr>
      <w:r>
        <w:rPr>
          <w:b/>
        </w:rPr>
        <w:t>Why was Round 2 of the guessing race so much harder than Round 1?</w:t>
      </w:r>
      <w:r>
        <w:rPr/>
        <w:t xml:space="preserve"> Listen for: Adding a word multiplies the number of choices (6 became 36). More words means many more guesses.</w:t>
      </w:r>
    </w:p>
    <w:p>
      <w:pPr>
        <w:pStyle w:val="ListNumber"/>
      </w:pPr>
      <w:r>
        <w:rPr>
          <w:b/>
        </w:rPr>
        <w:t>Why might P@ssw0rd1 be weaker than PurpleCatTacosMoon even though it has symbols?</w:t>
      </w:r>
      <w:r>
        <w:rPr/>
        <w:t xml:space="preserve"> Listen for: It is short and uses common swaps that guessing programs try first; the passphrase is longer and not a common word.</w:t>
      </w:r>
    </w:p>
    <w:p>
      <w:pPr>
        <w:pStyle w:val="ListNumber"/>
      </w:pPr>
      <w:r>
        <w:rPr>
          <w:b/>
        </w:rPr>
        <w:t>Why should every account have its own passphrase?</w:t>
      </w:r>
      <w:r>
        <w:rPr/>
        <w:t xml:space="preserve"> Listen for: If one game or website leaks your password, someone could try it on your school or email account. Different passphrases keep the problem in one place.</w:t>
      </w:r>
    </w:p>
    <w:p>
      <w:pPr>
        <w:pStyle w:val="ListNumber"/>
      </w:pPr>
      <w:r>
        <w:rPr>
          <w:b/>
        </w:rPr>
        <w:t>Who may you share your school password with, and why only them?</w:t>
      </w:r>
      <w:r>
        <w:rPr/>
        <w:t xml:space="preserve"> Listen for: A parent or guardian, the teacher or the school technology helper. They help keep you safe and can reset it; friends and online players cannot.</w:t>
      </w:r>
    </w:p>
    <w:p>
      <w:pPr>
        <w:pStyle w:val="ListNumber"/>
      </w:pPr>
      <w:r>
        <w:rPr>
          <w:b/>
        </w:rPr>
        <w:t>What should you do if you think someone saw your password?</w:t>
      </w:r>
      <w:r>
        <w:rPr/>
        <w:t xml:space="preserve"> Listen for: Tell a trusted adult right away and change it together. You are not in trouble.</w:t>
      </w:r>
    </w:p>
    <w:p>
      <w:pPr>
        <w:pStyle w:val="Heading2"/>
      </w:pPr>
      <w:r>
        <w:t>Exit ticket</w:t>
      </w:r>
    </w:p>
    <w:p>
      <w:r>
        <w:rPr/>
        <w:t>On your sticky note, answer all three. Do not write any real password.</w:t>
      </w:r>
    </w:p>
    <w:p>
      <w:pPr>
        <w:pStyle w:val="ListNumber"/>
      </w:pPr>
      <w:r>
        <w:rPr/>
        <w:t xml:space="preserve">Circle the stronger one: Tiger7! or tuba-pickle-rainbow-sled. Why? — </w:t>
      </w:r>
      <w:r>
        <w:rPr>
          <w:b/>
        </w:rPr>
        <w:t>Answer:</w:t>
      </w:r>
      <w:r>
        <w:rPr/>
        <w:t xml:space="preserve"> tuba-pickle-rainbow-sled. It is longer and made of random words, so there are far more possible guesses.</w:t>
      </w:r>
    </w:p>
    <w:p>
      <w:pPr>
        <w:pStyle w:val="ListNumber"/>
      </w:pPr>
      <w:r>
        <w:rPr/>
        <w:t xml:space="preserve">Your game and your school account have the same password. Is that OK? What should you do? — </w:t>
      </w:r>
      <w:r>
        <w:rPr>
          <w:b/>
        </w:rPr>
        <w:t>Answer:</w:t>
      </w:r>
      <w:r>
        <w:rPr/>
        <w:t xml:space="preserve"> No. Make a different passphrase for each account, with a trusted adult's help.</w:t>
      </w:r>
    </w:p>
    <w:p>
      <w:pPr>
        <w:pStyle w:val="ListNumber"/>
      </w:pPr>
      <w:r>
        <w:rPr/>
        <w:t xml:space="preserve">Name one person you may share a school password with. — </w:t>
      </w:r>
      <w:r>
        <w:rPr>
          <w:b/>
        </w:rPr>
        <w:t>Answer:</w:t>
      </w:r>
      <w:r>
        <w:rPr/>
        <w:t xml:space="preserve"> A parent or guardian, the teacher or the school technology helper.</w:t>
      </w:r>
    </w:p>
    <w:p>
      <w:pPr>
        <w:pStyle w:val="Heading2"/>
      </w:pPr>
      <w:r>
        <w:t>Differentiation</w:t>
      </w:r>
    </w:p>
    <w:p>
      <w:pPr>
        <w:pStyle w:val="Heading3"/>
      </w:pPr>
      <w:r>
        <w:t>Support</w:t>
      </w:r>
    </w:p>
    <w:p>
      <w:pPr>
        <w:pStyle w:val="ListBullet"/>
      </w:pPr>
      <w:r>
        <w:rPr/>
        <w:t>Give a ready-made word bank (on the builder sheet) and let students build a 3-word passphrase first, then add a fourth word.</w:t>
      </w:r>
    </w:p>
    <w:p>
      <w:pPr>
        <w:pStyle w:val="ListBullet"/>
      </w:pPr>
      <w:r>
        <w:rPr/>
        <w:t>Pair students for the guessing race and the builder so one can roll and one can write.</w:t>
      </w:r>
    </w:p>
    <w:p>
      <w:pPr>
        <w:pStyle w:val="ListBullet"/>
      </w:pPr>
      <w:r>
        <w:rPr/>
        <w:t>Provide a letter-counting strip or let students count with a partner.</w:t>
      </w:r>
    </w:p>
    <w:p>
      <w:pPr>
        <w:pStyle w:val="ListBullet"/>
      </w:pPr>
      <w:r>
        <w:rPr/>
        <w:t>Use only scenario cards 1, 2, 4 and 6 for groups that need a shorter set.</w:t>
      </w:r>
    </w:p>
    <w:p>
      <w:pPr>
        <w:pStyle w:val="Heading3"/>
      </w:pPr>
      <w:r>
        <w:t>Extend</w:t>
      </w:r>
    </w:p>
    <w:p>
      <w:pPr>
        <w:pStyle w:val="ListBullet"/>
      </w:pPr>
      <w:r>
        <w:rPr/>
        <w:t>Students calculate how many choices there are for 5 words from a 6-word list (6 x 6 x 6 x 6 x 6 = 7,776) and explain what happens with a bigger list.</w:t>
      </w:r>
    </w:p>
    <w:p>
      <w:pPr>
        <w:pStyle w:val="ListBullet"/>
      </w:pPr>
      <w:r>
        <w:rPr/>
        <w:t>Students compare two passphrases with the same letter count and explain which is better and why (random words beat a famous phrase).</w:t>
      </w:r>
    </w:p>
    <w:p>
      <w:pPr>
        <w:pStyle w:val="ListBullet"/>
      </w:pPr>
      <w:r>
        <w:rPr/>
        <w:t>Students write a short note for younger students explaining why passwords are secret.</w:t>
      </w:r>
    </w:p>
    <w:p>
      <w:pPr>
        <w:pStyle w:val="ListBullet"/>
      </w:pPr>
      <w:r>
        <w:rPr/>
        <w:t>Introduce password managers: a program that creates and remembers strong passwords so a person only needs to remember one strong passphrase. Adults set these up, not students.</w:t>
      </w:r>
    </w:p>
    <w:p>
      <w:pPr>
        <w:pStyle w:val="Heading3"/>
      </w:pPr>
      <w:r>
        <w:t>Multilingual learners</w:t>
      </w:r>
    </w:p>
    <w:p>
      <w:pPr>
        <w:pStyle w:val="ListBullet"/>
      </w:pPr>
      <w:r>
        <w:rPr/>
        <w:t>Let students build a practice passphrase with words from their home language or mix languages; mixing is perfectly fine and can make it harder to guess.</w:t>
      </w:r>
    </w:p>
    <w:p>
      <w:pPr>
        <w:pStyle w:val="ListBullet"/>
      </w:pPr>
      <w:r>
        <w:rPr/>
        <w:t>Pre-teach vocabulary with icons: passphrase (key), reuse (two arrows), secret (finger to lips).</w:t>
      </w:r>
    </w:p>
    <w:p>
      <w:pPr>
        <w:pStyle w:val="ListBullet"/>
      </w:pPr>
      <w:r>
        <w:rPr/>
        <w:t>Spanish connections: contraseña (password), frase de contraseña (passphrase), secreto (secret), no reutilizar (do not reuse).</w:t>
      </w:r>
    </w:p>
    <w:p>
      <w:pPr>
        <w:pStyle w:val="ListBullet"/>
      </w:pPr>
      <w:r>
        <w:rPr/>
        <w:t>Provide sentence frames: "A longer password is stronger because ___." "I share my school password only with ___."</w:t>
      </w:r>
    </w:p>
    <w:p>
      <w:pPr>
        <w:pStyle w:val="Heading3"/>
      </w:pPr>
      <w:r>
        <w:t>Accessibility</w:t>
      </w:r>
    </w:p>
    <w:p>
      <w:pPr>
        <w:pStyle w:val="ListBullet"/>
      </w:pPr>
      <w:r>
        <w:rPr/>
        <w:t>Fine-motor needs: students can say their practice passphrase to an adult scribe, type it in a shared document that is deleted afterward, or point to words in the word bank. They do not need to roll a die; a partner rolls.</w:t>
      </w:r>
    </w:p>
    <w:p>
      <w:pPr>
        <w:pStyle w:val="ListBullet"/>
      </w:pPr>
      <w:r>
        <w:rPr/>
        <w:t>Visual needs: enlarge the builder and crossword to 150 percent; read the scenario cards aloud in each group; provide a large-print word bank. Students who use screen readers can build the passphrase orally.</w:t>
      </w:r>
    </w:p>
    <w:p>
      <w:pPr>
        <w:pStyle w:val="ListBullet"/>
      </w:pPr>
      <w:r>
        <w:rPr/>
        <w:t>Offer a word-list version of the crossword (words with clues to match) for students who find grids hard to track.</w:t>
      </w:r>
    </w:p>
    <w:p>
      <w:pPr>
        <w:pStyle w:val="ListBullet"/>
      </w:pPr>
      <w:r>
        <w:rPr/>
        <w:t>Students who struggle with spelling can choose short, easy words; length comes from the number of words, not spelling.</w:t>
      </w:r>
    </w:p>
    <w:p>
      <w:pPr>
        <w:pStyle w:val="Heading2"/>
      </w:pPr>
      <w:r>
        <w:t>Family extension</w:t>
      </w:r>
    </w:p>
    <w:p>
      <w:r>
        <w:rPr>
          <w:b/>
        </w:rPr>
        <w:t>Passphrase power: a family page.</w:t>
      </w:r>
      <w:r>
        <w:rPr/>
        <w:t xml:space="preserve"> Today your child learned that a long passphrase of four or more random words is easier to remember and harder to guess than a short password with symbols. We also learned two rules: use a different passphrase for every account, and share a school password only with a parent, guardian or teacher.</w:t>
      </w:r>
    </w:p>
    <w:p>
      <w:r>
        <w:rPr/>
        <w:t>Free two-minute follow-up lesson: https://k12cyberforward.com/learn/passphrase-power</w:t>
      </w:r>
    </w:p>
    <w:p>
      <w:pPr>
        <w:pStyle w:val="Heading2"/>
      </w:pPr>
      <w:r>
        <w:t>Sources</w:t>
      </w:r>
    </w:p>
    <w:p>
      <w:pPr>
        <w:pStyle w:val="ListBullet"/>
      </w:pPr>
      <w:r>
        <w:rPr/>
        <w:t>CISA Secure Our World: Use strong passwords (at least 16 characters; passphrase of 4-7 unrelated words; unique per account; password managers): https://www.cisa.gov/secure-our-world/use-strong-passwords</w:t>
      </w:r>
    </w:p>
    <w:p>
      <w:pPr>
        <w:pStyle w:val="ListBullet"/>
      </w:pPr>
      <w:r>
        <w:rPr/>
        <w:t>NIST SP 800-63B-4: Authentication and Authenticator Management (length as a primary factor; no composition rules; predictable user substitutions): https://pages.nist.gov/800-63-4/sp800-63b.html</w:t>
      </w:r>
    </w:p>
    <w:p>
      <w:pPr>
        <w:pStyle w:val="ListBullet"/>
      </w:pPr>
      <w:r>
        <w:rPr/>
        <w:t>FTC Consumer Advice: Heads Up, Stop. Think. Connect. (don't share passwords; different password for each account): https://consumer.ftc.gov/articles/heads-up</w:t>
      </w:r>
    </w:p>
    <w:p>
      <w:pPr>
        <w:pStyle w:val="ListBullet"/>
      </w:pPr>
      <w:r>
        <w:rPr/>
        <w:t>FTC Consumer Advice: Use two-factor authentication to protect your accounts: https://consumer.ftc.gov/articles/use-two-factor-authentication-protect-your-accounts</w:t>
      </w:r>
    </w:p>
    <w:p>
      <w:pPr>
        <w:pStyle w:val="ListBullet"/>
      </w:pPr>
      <w:r>
        <w:rPr/>
        <w:t>ISTE Standards for Students: https://iste.org/standards/for-students</w:t>
      </w:r>
    </w:p>
    <w:p>
      <w:pPr>
        <w:pStyle w:val="ListBullet"/>
      </w:pPr>
      <w:r>
        <w:rPr/>
        <w:t>CSTA 2026 PK-12 Computer Science Standards: https://csteachers.org/pk12standards/</w:t>
      </w:r>
    </w:p>
    <w:p>
      <w:pPr>
        <w:pStyle w:val="ListBullet"/>
      </w:pPr>
      <w:r>
        <w:rPr/>
        <w:t>CSTA K-12 Computer Science Standards (2017), condensed: https://csteachers.org/wp-content/uploads/2025/03/csta-k-12-computer-science-standards-revised.pdf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Passphrase power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Lesson plan · Grades 3-5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Passphrase power</dc:title>
  <dc:subject/>
  <dc:creator>K12 Cyber Forward (GLET)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